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B90" w:rsidRDefault="00397B90">
      <w:pPr>
        <w:keepLines/>
        <w:spacing w:after="160"/>
        <w:jc w:val="center"/>
        <w:rPr>
          <w:b/>
          <w:sz w:val="23"/>
        </w:rPr>
      </w:pPr>
    </w:p>
    <w:p w:rsidR="00D87B75" w:rsidRPr="002554B1" w:rsidRDefault="008569E1">
      <w:pPr>
        <w:keepLines/>
        <w:spacing w:after="160"/>
        <w:jc w:val="center"/>
        <w:rPr>
          <w:rFonts w:cs="Arial"/>
          <w:caps/>
          <w:color w:val="E36C0A" w:themeColor="accent6" w:themeShade="BF"/>
          <w:sz w:val="18"/>
        </w:rPr>
      </w:pPr>
      <w:r w:rsidRPr="002554B1">
        <w:rPr>
          <w:rFonts w:cs="Arial"/>
          <w:b/>
          <w:caps/>
          <w:color w:val="E36C0A" w:themeColor="accent6" w:themeShade="BF"/>
          <w:sz w:val="24"/>
        </w:rPr>
        <w:t xml:space="preserve">Richiesta di attivazione di una casella di posta elettronica </w:t>
      </w:r>
      <w:r w:rsidR="002554B1" w:rsidRPr="002554B1">
        <w:rPr>
          <w:rFonts w:cs="Arial"/>
          <w:b/>
          <w:caps/>
          <w:color w:val="E36C0A" w:themeColor="accent6" w:themeShade="BF"/>
          <w:sz w:val="24"/>
        </w:rPr>
        <w:t>ORDINARIA</w:t>
      </w:r>
      <w:r w:rsidRPr="002554B1">
        <w:rPr>
          <w:rFonts w:cs="Arial"/>
          <w:b/>
          <w:caps/>
          <w:color w:val="E36C0A" w:themeColor="accent6" w:themeShade="BF"/>
          <w:sz w:val="24"/>
        </w:rPr>
        <w:t xml:space="preserve"> presso la</w:t>
      </w:r>
      <w:r w:rsidR="00AB5EF5" w:rsidRPr="002554B1">
        <w:rPr>
          <w:rFonts w:cs="Arial"/>
          <w:b/>
          <w:caps/>
          <w:color w:val="E36C0A" w:themeColor="accent6" w:themeShade="BF"/>
          <w:sz w:val="24"/>
        </w:rPr>
        <w:t xml:space="preserve"> </w:t>
      </w:r>
      <w:r w:rsidRPr="002554B1">
        <w:rPr>
          <w:rFonts w:cs="Arial"/>
          <w:b/>
          <w:caps/>
          <w:color w:val="E36C0A" w:themeColor="accent6" w:themeShade="BF"/>
          <w:sz w:val="24"/>
        </w:rPr>
        <w:t>Federazione Nazionale degli Ordini dei Chimici e dei Fisici</w:t>
      </w:r>
    </w:p>
    <w:p w:rsidR="00397B90" w:rsidRDefault="00397B90" w:rsidP="00397B90">
      <w:pPr>
        <w:spacing w:after="60"/>
        <w:jc w:val="both"/>
        <w:rPr>
          <w:sz w:val="20"/>
          <w:szCs w:val="20"/>
        </w:rPr>
      </w:pPr>
    </w:p>
    <w:p w:rsidR="00397B90" w:rsidRPr="00AB5EF5" w:rsidRDefault="008569E1" w:rsidP="00AB5EF5">
      <w:pPr>
        <w:shd w:val="clear" w:color="auto" w:fill="F2F2F2" w:themeFill="background1" w:themeFillShade="F2"/>
        <w:spacing w:after="60"/>
        <w:jc w:val="both"/>
        <w:rPr>
          <w:i/>
          <w:color w:val="808080" w:themeColor="background1" w:themeShade="80"/>
          <w:sz w:val="20"/>
          <w:szCs w:val="20"/>
        </w:rPr>
      </w:pPr>
      <w:r w:rsidRPr="00AB5EF5">
        <w:rPr>
          <w:i/>
          <w:color w:val="808080" w:themeColor="background1" w:themeShade="80"/>
          <w:sz w:val="20"/>
          <w:szCs w:val="20"/>
        </w:rPr>
        <w:t>Ciascun iscritto in regola con i pagamenti dei contributi e delle tasse di iscrizione può richiedere per il tramite dell’Ordine alla FNCF l’assegnazione di un</w:t>
      </w:r>
      <w:r w:rsidR="00397B90" w:rsidRPr="00AB5EF5">
        <w:rPr>
          <w:i/>
          <w:color w:val="808080" w:themeColor="background1" w:themeShade="80"/>
          <w:sz w:val="20"/>
          <w:szCs w:val="20"/>
        </w:rPr>
        <w:t xml:space="preserve"> unico </w:t>
      </w:r>
      <w:r w:rsidRPr="00AB5EF5">
        <w:rPr>
          <w:i/>
          <w:color w:val="808080" w:themeColor="background1" w:themeShade="80"/>
          <w:sz w:val="20"/>
          <w:szCs w:val="20"/>
        </w:rPr>
        <w:t>indirizzo di</w:t>
      </w:r>
      <w:r w:rsidR="002554B1">
        <w:rPr>
          <w:i/>
          <w:color w:val="808080" w:themeColor="background1" w:themeShade="80"/>
          <w:sz w:val="20"/>
          <w:szCs w:val="20"/>
        </w:rPr>
        <w:t xml:space="preserve"> posta elettronica certificata ordinaria </w:t>
      </w:r>
      <w:r w:rsidRPr="00AB5EF5">
        <w:rPr>
          <w:i/>
          <w:color w:val="808080" w:themeColor="background1" w:themeShade="80"/>
          <w:sz w:val="20"/>
          <w:szCs w:val="20"/>
        </w:rPr>
        <w:t xml:space="preserve">del tipo </w:t>
      </w:r>
      <w:hyperlink r:id="rId8" w:history="1">
        <w:r w:rsidR="002554B1" w:rsidRPr="009D1BA6">
          <w:rPr>
            <w:rStyle w:val="Collegamentoipertestuale"/>
            <w:i/>
            <w:sz w:val="20"/>
            <w:szCs w:val="20"/>
          </w:rPr>
          <w:t>nome.cognome@chimicifisici.it</w:t>
        </w:r>
      </w:hyperlink>
      <w:r w:rsidR="00397B90" w:rsidRPr="00AB5EF5">
        <w:rPr>
          <w:i/>
          <w:color w:val="808080" w:themeColor="background1" w:themeShade="80"/>
          <w:sz w:val="20"/>
          <w:szCs w:val="20"/>
          <w:u w:val="single"/>
        </w:rPr>
        <w:t>,</w:t>
      </w:r>
      <w:r w:rsidR="00397B90" w:rsidRPr="00AB5EF5">
        <w:rPr>
          <w:i/>
          <w:color w:val="808080" w:themeColor="background1" w:themeShade="80"/>
          <w:sz w:val="20"/>
          <w:szCs w:val="20"/>
        </w:rPr>
        <w:t xml:space="preserve"> </w:t>
      </w:r>
      <w:hyperlink r:id="rId9" w:history="1">
        <w:proofErr w:type="gramStart"/>
        <w:r w:rsidR="002554B1" w:rsidRPr="009D1BA6">
          <w:rPr>
            <w:rStyle w:val="Collegamentoipertestuale"/>
            <w:i/>
            <w:sz w:val="20"/>
            <w:szCs w:val="20"/>
          </w:rPr>
          <w:t>ncognome@chimicifisici.it</w:t>
        </w:r>
      </w:hyperlink>
      <w:r w:rsidR="00397B90" w:rsidRPr="00AB5EF5">
        <w:rPr>
          <w:i/>
          <w:color w:val="808080" w:themeColor="background1" w:themeShade="80"/>
          <w:sz w:val="20"/>
          <w:szCs w:val="20"/>
          <w:u w:val="single"/>
        </w:rPr>
        <w:t xml:space="preserve"> </w:t>
      </w:r>
      <w:r w:rsidR="00397B90" w:rsidRPr="00AB5EF5">
        <w:rPr>
          <w:i/>
          <w:color w:val="808080" w:themeColor="background1" w:themeShade="80"/>
          <w:sz w:val="20"/>
          <w:szCs w:val="20"/>
        </w:rPr>
        <w:t xml:space="preserve"> o</w:t>
      </w:r>
      <w:proofErr w:type="gramEnd"/>
      <w:r w:rsidR="00397B90" w:rsidRPr="00AB5EF5">
        <w:rPr>
          <w:i/>
          <w:color w:val="808080" w:themeColor="background1" w:themeShade="80"/>
          <w:sz w:val="20"/>
          <w:szCs w:val="20"/>
        </w:rPr>
        <w:t xml:space="preserve"> </w:t>
      </w:r>
      <w:r w:rsidRPr="00AB5EF5">
        <w:rPr>
          <w:i/>
          <w:color w:val="808080" w:themeColor="background1" w:themeShade="80"/>
          <w:sz w:val="20"/>
          <w:szCs w:val="20"/>
          <w:u w:val="single"/>
        </w:rPr>
        <w:t xml:space="preserve"> </w:t>
      </w:r>
      <w:r w:rsidR="002554B1">
        <w:rPr>
          <w:i/>
          <w:color w:val="808080" w:themeColor="background1" w:themeShade="80"/>
          <w:sz w:val="20"/>
          <w:szCs w:val="20"/>
          <w:u w:val="single"/>
        </w:rPr>
        <w:t>nomeutente</w:t>
      </w:r>
      <w:r w:rsidRPr="00AB5EF5">
        <w:rPr>
          <w:i/>
          <w:color w:val="808080" w:themeColor="background1" w:themeShade="80"/>
          <w:sz w:val="20"/>
          <w:szCs w:val="20"/>
          <w:u w:val="single"/>
        </w:rPr>
        <w:t>@chimicifisici.it</w:t>
      </w:r>
      <w:r w:rsidR="00397B90" w:rsidRPr="00AB5EF5">
        <w:rPr>
          <w:i/>
          <w:color w:val="808080" w:themeColor="background1" w:themeShade="80"/>
          <w:sz w:val="20"/>
          <w:szCs w:val="20"/>
        </w:rPr>
        <w:t xml:space="preserve"> come più sotto specificato, avente dimensione standard.</w:t>
      </w:r>
    </w:p>
    <w:p w:rsidR="00D87B75" w:rsidRPr="00AB5EF5" w:rsidRDefault="008569E1" w:rsidP="00AB5EF5">
      <w:pPr>
        <w:shd w:val="clear" w:color="auto" w:fill="F2F2F2" w:themeFill="background1" w:themeFillShade="F2"/>
        <w:spacing w:after="60"/>
        <w:jc w:val="both"/>
        <w:rPr>
          <w:i/>
          <w:color w:val="808080" w:themeColor="background1" w:themeShade="80"/>
          <w:sz w:val="20"/>
          <w:szCs w:val="20"/>
        </w:rPr>
      </w:pPr>
      <w:r w:rsidRPr="00AB5EF5">
        <w:rPr>
          <w:i/>
          <w:color w:val="808080" w:themeColor="background1" w:themeShade="80"/>
          <w:sz w:val="20"/>
          <w:szCs w:val="20"/>
        </w:rPr>
        <w:t xml:space="preserve">L’indirizzo effettivamente assegnato </w:t>
      </w:r>
      <w:r w:rsidR="002554B1" w:rsidRPr="002554B1">
        <w:rPr>
          <w:i/>
          <w:color w:val="808080" w:themeColor="background1" w:themeShade="80"/>
          <w:sz w:val="20"/>
          <w:szCs w:val="20"/>
        </w:rPr>
        <w:t>e la password di accesso (da modificare a proprio piacimento dopo il primo collegamento) verranno comunicate nella lettera di conferma dell’avvenuta attivazione</w:t>
      </w:r>
    </w:p>
    <w:p w:rsidR="00D87B75" w:rsidRPr="00397B90" w:rsidRDefault="008569E1" w:rsidP="002554B1">
      <w:pPr>
        <w:spacing w:after="160"/>
        <w:rPr>
          <w:i/>
          <w:color w:val="595959" w:themeColor="text1" w:themeTint="A6"/>
          <w:sz w:val="20"/>
          <w:szCs w:val="20"/>
        </w:rPr>
      </w:pPr>
      <w:r w:rsidRPr="00397B90">
        <w:rPr>
          <w:i/>
          <w:color w:val="595959" w:themeColor="text1" w:themeTint="A6"/>
          <w:sz w:val="20"/>
          <w:szCs w:val="20"/>
        </w:rPr>
        <w:t>[</w:t>
      </w:r>
      <w:proofErr w:type="gramStart"/>
      <w:r w:rsidRPr="00397B90">
        <w:rPr>
          <w:i/>
          <w:color w:val="595959" w:themeColor="text1" w:themeTint="A6"/>
          <w:sz w:val="20"/>
          <w:szCs w:val="20"/>
        </w:rPr>
        <w:t>nota</w:t>
      </w:r>
      <w:proofErr w:type="gramEnd"/>
      <w:r w:rsidRPr="00397B90">
        <w:rPr>
          <w:i/>
          <w:color w:val="595959" w:themeColor="text1" w:themeTint="A6"/>
          <w:sz w:val="20"/>
          <w:szCs w:val="20"/>
        </w:rPr>
        <w:t xml:space="preserve">: i dati contrassegnati da asterisco (*) sono </w:t>
      </w:r>
      <w:r w:rsidRPr="00397B90">
        <w:rPr>
          <w:b/>
          <w:i/>
          <w:color w:val="595959" w:themeColor="text1" w:themeTint="A6"/>
          <w:sz w:val="20"/>
          <w:szCs w:val="20"/>
        </w:rPr>
        <w:t>obbligatori</w:t>
      </w:r>
      <w:r w:rsidRPr="00397B90">
        <w:rPr>
          <w:i/>
          <w:color w:val="595959" w:themeColor="text1" w:themeTint="A6"/>
          <w:sz w:val="20"/>
          <w:szCs w:val="20"/>
        </w:rPr>
        <w:t>]</w:t>
      </w:r>
    </w:p>
    <w:p w:rsidR="00397B90" w:rsidRPr="00397B90" w:rsidRDefault="00397B90" w:rsidP="00397B90">
      <w:pPr>
        <w:spacing w:after="160"/>
        <w:jc w:val="center"/>
        <w:rPr>
          <w:i/>
          <w:color w:val="002060"/>
          <w:sz w:val="22"/>
          <w:szCs w:val="20"/>
        </w:rPr>
      </w:pPr>
      <w:r w:rsidRPr="00397B90">
        <w:rPr>
          <w:sz w:val="22"/>
          <w:szCs w:val="20"/>
        </w:rPr>
        <w:t>Il/La sottoscritto/a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5"/>
        <w:gridCol w:w="6"/>
        <w:gridCol w:w="7695"/>
      </w:tblGrid>
      <w:tr w:rsidR="00397B90" w:rsidTr="00BB56D3">
        <w:trPr>
          <w:trHeight w:val="596"/>
        </w:trPr>
        <w:tc>
          <w:tcPr>
            <w:tcW w:w="2501" w:type="dxa"/>
            <w:gridSpan w:val="2"/>
            <w:shd w:val="clear" w:color="auto" w:fill="984806" w:themeFill="accent6" w:themeFillShade="80"/>
            <w:vAlign w:val="center"/>
          </w:tcPr>
          <w:p w:rsidR="00397B90" w:rsidRPr="00397B90" w:rsidRDefault="00397B90" w:rsidP="00397B90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397B90">
              <w:rPr>
                <w:color w:val="FFFFFF" w:themeColor="background1"/>
                <w:sz w:val="20"/>
                <w:szCs w:val="20"/>
              </w:rPr>
              <w:t>Cognome e Nome</w:t>
            </w:r>
            <w:r>
              <w:rPr>
                <w:color w:val="FFFFFF" w:themeColor="background1"/>
                <w:sz w:val="20"/>
                <w:szCs w:val="20"/>
              </w:rPr>
              <w:t>*</w:t>
            </w:r>
          </w:p>
        </w:tc>
        <w:tc>
          <w:tcPr>
            <w:tcW w:w="7695" w:type="dxa"/>
            <w:vAlign w:val="center"/>
          </w:tcPr>
          <w:p w:rsidR="00397B90" w:rsidRDefault="00397B90" w:rsidP="00397B90">
            <w:pPr>
              <w:jc w:val="center"/>
              <w:rPr>
                <w:color w:val="002060"/>
                <w:sz w:val="20"/>
                <w:szCs w:val="20"/>
              </w:rPr>
            </w:pPr>
          </w:p>
        </w:tc>
      </w:tr>
      <w:tr w:rsidR="00397B90" w:rsidTr="00BB56D3">
        <w:trPr>
          <w:trHeight w:val="690"/>
        </w:trPr>
        <w:tc>
          <w:tcPr>
            <w:tcW w:w="2501" w:type="dxa"/>
            <w:gridSpan w:val="2"/>
            <w:shd w:val="clear" w:color="auto" w:fill="984806" w:themeFill="accent6" w:themeFillShade="80"/>
            <w:vAlign w:val="center"/>
          </w:tcPr>
          <w:p w:rsidR="00397B90" w:rsidRPr="00397B90" w:rsidRDefault="00397B90" w:rsidP="00397B90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Luogo e data di nascita*</w:t>
            </w:r>
          </w:p>
        </w:tc>
        <w:tc>
          <w:tcPr>
            <w:tcW w:w="7695" w:type="dxa"/>
            <w:vAlign w:val="center"/>
          </w:tcPr>
          <w:p w:rsidR="00397B90" w:rsidRDefault="00397B90" w:rsidP="00397B90">
            <w:pPr>
              <w:jc w:val="center"/>
              <w:rPr>
                <w:color w:val="002060"/>
                <w:sz w:val="20"/>
                <w:szCs w:val="20"/>
              </w:rPr>
            </w:pPr>
          </w:p>
        </w:tc>
      </w:tr>
      <w:tr w:rsidR="00397B90" w:rsidTr="00BB56D3">
        <w:trPr>
          <w:trHeight w:val="690"/>
        </w:trPr>
        <w:tc>
          <w:tcPr>
            <w:tcW w:w="2501" w:type="dxa"/>
            <w:gridSpan w:val="2"/>
            <w:shd w:val="clear" w:color="auto" w:fill="984806" w:themeFill="accent6" w:themeFillShade="80"/>
            <w:vAlign w:val="center"/>
          </w:tcPr>
          <w:p w:rsidR="00397B90" w:rsidRDefault="00397B90" w:rsidP="00397B90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Codice Fiscale *</w:t>
            </w:r>
          </w:p>
        </w:tc>
        <w:tc>
          <w:tcPr>
            <w:tcW w:w="7695" w:type="dxa"/>
            <w:vAlign w:val="center"/>
          </w:tcPr>
          <w:p w:rsidR="00397B90" w:rsidRDefault="00397B90" w:rsidP="00397B90">
            <w:pPr>
              <w:jc w:val="center"/>
              <w:rPr>
                <w:color w:val="002060"/>
                <w:sz w:val="20"/>
                <w:szCs w:val="20"/>
              </w:rPr>
            </w:pPr>
          </w:p>
        </w:tc>
      </w:tr>
      <w:tr w:rsidR="00397B90" w:rsidTr="00BB56D3">
        <w:trPr>
          <w:trHeight w:val="690"/>
        </w:trPr>
        <w:tc>
          <w:tcPr>
            <w:tcW w:w="2501" w:type="dxa"/>
            <w:gridSpan w:val="2"/>
            <w:shd w:val="clear" w:color="auto" w:fill="984806" w:themeFill="accent6" w:themeFillShade="80"/>
            <w:vAlign w:val="center"/>
          </w:tcPr>
          <w:p w:rsidR="00397B90" w:rsidRDefault="00397B90" w:rsidP="00397B90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Telefono*</w:t>
            </w:r>
          </w:p>
        </w:tc>
        <w:tc>
          <w:tcPr>
            <w:tcW w:w="7695" w:type="dxa"/>
            <w:vAlign w:val="center"/>
          </w:tcPr>
          <w:p w:rsidR="00397B90" w:rsidRDefault="00397B90" w:rsidP="00397B90">
            <w:pPr>
              <w:jc w:val="center"/>
              <w:rPr>
                <w:color w:val="002060"/>
                <w:sz w:val="20"/>
                <w:szCs w:val="20"/>
              </w:rPr>
            </w:pPr>
          </w:p>
        </w:tc>
      </w:tr>
      <w:tr w:rsidR="00397B90" w:rsidTr="00BB56D3">
        <w:trPr>
          <w:trHeight w:val="690"/>
        </w:trPr>
        <w:tc>
          <w:tcPr>
            <w:tcW w:w="2501" w:type="dxa"/>
            <w:gridSpan w:val="2"/>
            <w:shd w:val="clear" w:color="auto" w:fill="984806" w:themeFill="accent6" w:themeFillShade="80"/>
            <w:vAlign w:val="center"/>
          </w:tcPr>
          <w:p w:rsidR="00397B90" w:rsidRDefault="00397B90" w:rsidP="00397B90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Indirizzo di posta elettronica ordinaria*</w:t>
            </w:r>
          </w:p>
        </w:tc>
        <w:tc>
          <w:tcPr>
            <w:tcW w:w="7695" w:type="dxa"/>
            <w:vAlign w:val="center"/>
          </w:tcPr>
          <w:p w:rsidR="00397B90" w:rsidRDefault="00397B90" w:rsidP="00397B90">
            <w:pPr>
              <w:jc w:val="center"/>
              <w:rPr>
                <w:color w:val="002060"/>
                <w:sz w:val="20"/>
                <w:szCs w:val="20"/>
              </w:rPr>
            </w:pPr>
          </w:p>
        </w:tc>
      </w:tr>
      <w:tr w:rsidR="002554B1" w:rsidTr="00BB56D3">
        <w:trPr>
          <w:trHeight w:val="690"/>
        </w:trPr>
        <w:tc>
          <w:tcPr>
            <w:tcW w:w="2501" w:type="dxa"/>
            <w:gridSpan w:val="2"/>
            <w:shd w:val="clear" w:color="auto" w:fill="984806" w:themeFill="accent6" w:themeFillShade="80"/>
            <w:vAlign w:val="center"/>
          </w:tcPr>
          <w:p w:rsidR="002554B1" w:rsidRDefault="002554B1" w:rsidP="002554B1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 xml:space="preserve">Documento di riconoscimento (tipo, numero, data rilascio, autorità preposta al </w:t>
            </w:r>
            <w:proofErr w:type="gramStart"/>
            <w:r>
              <w:rPr>
                <w:color w:val="FFFFFF" w:themeColor="background1"/>
                <w:sz w:val="20"/>
                <w:szCs w:val="20"/>
              </w:rPr>
              <w:t>rilascio)*</w:t>
            </w:r>
            <w:proofErr w:type="gramEnd"/>
          </w:p>
        </w:tc>
        <w:tc>
          <w:tcPr>
            <w:tcW w:w="7695" w:type="dxa"/>
            <w:vAlign w:val="center"/>
          </w:tcPr>
          <w:p w:rsidR="002554B1" w:rsidRDefault="002554B1" w:rsidP="00397B90">
            <w:pPr>
              <w:jc w:val="center"/>
              <w:rPr>
                <w:color w:val="002060"/>
                <w:sz w:val="20"/>
                <w:szCs w:val="20"/>
              </w:rPr>
            </w:pPr>
          </w:p>
        </w:tc>
      </w:tr>
      <w:tr w:rsidR="00BB56D3" w:rsidTr="00BB56D3">
        <w:trPr>
          <w:trHeight w:val="482"/>
        </w:trPr>
        <w:tc>
          <w:tcPr>
            <w:tcW w:w="2501" w:type="dxa"/>
            <w:gridSpan w:val="2"/>
            <w:shd w:val="clear" w:color="auto" w:fill="984806" w:themeFill="accent6" w:themeFillShade="80"/>
            <w:vAlign w:val="center"/>
          </w:tcPr>
          <w:p w:rsidR="00BB56D3" w:rsidRDefault="00BB56D3" w:rsidP="00BB56D3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Città</w:t>
            </w:r>
            <w:r>
              <w:rPr>
                <w:color w:val="FFFFFF" w:themeColor="background1"/>
                <w:sz w:val="20"/>
                <w:szCs w:val="20"/>
              </w:rPr>
              <w:t xml:space="preserve"> di residenza</w:t>
            </w:r>
            <w:r>
              <w:rPr>
                <w:color w:val="FFFFFF" w:themeColor="background1"/>
                <w:sz w:val="20"/>
                <w:szCs w:val="20"/>
              </w:rPr>
              <w:t xml:space="preserve"> *</w:t>
            </w:r>
          </w:p>
        </w:tc>
        <w:tc>
          <w:tcPr>
            <w:tcW w:w="7695" w:type="dxa"/>
            <w:vAlign w:val="center"/>
          </w:tcPr>
          <w:p w:rsidR="00BB56D3" w:rsidRDefault="00BB56D3" w:rsidP="00397B90">
            <w:pPr>
              <w:jc w:val="center"/>
              <w:rPr>
                <w:color w:val="002060"/>
                <w:sz w:val="20"/>
                <w:szCs w:val="20"/>
              </w:rPr>
            </w:pPr>
          </w:p>
        </w:tc>
      </w:tr>
      <w:tr w:rsidR="00BB56D3" w:rsidTr="00BB56D3">
        <w:trPr>
          <w:trHeight w:val="492"/>
        </w:trPr>
        <w:tc>
          <w:tcPr>
            <w:tcW w:w="2501" w:type="dxa"/>
            <w:gridSpan w:val="2"/>
            <w:shd w:val="clear" w:color="auto" w:fill="984806" w:themeFill="accent6" w:themeFillShade="80"/>
            <w:vAlign w:val="center"/>
          </w:tcPr>
          <w:p w:rsidR="00BB56D3" w:rsidRDefault="00BB56D3" w:rsidP="002554B1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Provincia di residenza*</w:t>
            </w:r>
          </w:p>
        </w:tc>
        <w:tc>
          <w:tcPr>
            <w:tcW w:w="7695" w:type="dxa"/>
            <w:vAlign w:val="center"/>
          </w:tcPr>
          <w:p w:rsidR="00BB56D3" w:rsidRDefault="00BB56D3" w:rsidP="00397B90">
            <w:pPr>
              <w:jc w:val="center"/>
              <w:rPr>
                <w:color w:val="002060"/>
                <w:sz w:val="20"/>
                <w:szCs w:val="20"/>
              </w:rPr>
            </w:pPr>
          </w:p>
        </w:tc>
      </w:tr>
      <w:tr w:rsidR="00BB56D3" w:rsidTr="00BB56D3">
        <w:trPr>
          <w:trHeight w:val="502"/>
        </w:trPr>
        <w:tc>
          <w:tcPr>
            <w:tcW w:w="2501" w:type="dxa"/>
            <w:gridSpan w:val="2"/>
            <w:shd w:val="clear" w:color="auto" w:fill="984806" w:themeFill="accent6" w:themeFillShade="80"/>
            <w:vAlign w:val="center"/>
          </w:tcPr>
          <w:p w:rsidR="00BB56D3" w:rsidRDefault="00BB56D3" w:rsidP="002554B1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CAP*</w:t>
            </w:r>
          </w:p>
        </w:tc>
        <w:tc>
          <w:tcPr>
            <w:tcW w:w="7695" w:type="dxa"/>
            <w:vAlign w:val="center"/>
          </w:tcPr>
          <w:p w:rsidR="00BB56D3" w:rsidRDefault="00BB56D3" w:rsidP="00397B90">
            <w:pPr>
              <w:jc w:val="center"/>
              <w:rPr>
                <w:color w:val="002060"/>
                <w:sz w:val="20"/>
                <w:szCs w:val="20"/>
              </w:rPr>
            </w:pPr>
          </w:p>
        </w:tc>
      </w:tr>
      <w:tr w:rsidR="00BB56D3" w:rsidTr="00BB56D3">
        <w:trPr>
          <w:trHeight w:val="532"/>
        </w:trPr>
        <w:tc>
          <w:tcPr>
            <w:tcW w:w="2501" w:type="dxa"/>
            <w:gridSpan w:val="2"/>
            <w:shd w:val="clear" w:color="auto" w:fill="984806" w:themeFill="accent6" w:themeFillShade="80"/>
            <w:vAlign w:val="center"/>
          </w:tcPr>
          <w:p w:rsidR="00BB56D3" w:rsidRDefault="00BB56D3" w:rsidP="002554B1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Indirizzo *</w:t>
            </w:r>
          </w:p>
        </w:tc>
        <w:tc>
          <w:tcPr>
            <w:tcW w:w="7695" w:type="dxa"/>
            <w:vAlign w:val="center"/>
          </w:tcPr>
          <w:p w:rsidR="00BB56D3" w:rsidRDefault="00BB56D3" w:rsidP="00397B90">
            <w:pPr>
              <w:jc w:val="center"/>
              <w:rPr>
                <w:color w:val="002060"/>
                <w:sz w:val="20"/>
                <w:szCs w:val="20"/>
              </w:rPr>
            </w:pPr>
          </w:p>
        </w:tc>
      </w:tr>
      <w:tr w:rsidR="00BB56D3" w:rsidTr="00BB56D3">
        <w:trPr>
          <w:trHeight w:val="690"/>
        </w:trPr>
        <w:tc>
          <w:tcPr>
            <w:tcW w:w="2501" w:type="dxa"/>
            <w:gridSpan w:val="2"/>
            <w:shd w:val="clear" w:color="auto" w:fill="984806" w:themeFill="accent6" w:themeFillShade="80"/>
            <w:vAlign w:val="center"/>
          </w:tcPr>
          <w:p w:rsidR="00BB56D3" w:rsidRDefault="00BB56D3" w:rsidP="002554B1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B44B1D">
              <w:rPr>
                <w:color w:val="FFFFFF" w:themeColor="background1"/>
                <w:sz w:val="20"/>
                <w:szCs w:val="20"/>
              </w:rPr>
              <w:t>Ordine Chimici Fisici</w:t>
            </w:r>
            <w:r>
              <w:rPr>
                <w:color w:val="FFFFFF" w:themeColor="background1"/>
                <w:sz w:val="20"/>
                <w:szCs w:val="20"/>
              </w:rPr>
              <w:t xml:space="preserve"> di iscrizione</w:t>
            </w:r>
            <w:r w:rsidRPr="00B44B1D">
              <w:rPr>
                <w:color w:val="FFFFFF" w:themeColor="background1"/>
                <w:sz w:val="20"/>
                <w:szCs w:val="20"/>
              </w:rPr>
              <w:t>*</w:t>
            </w:r>
          </w:p>
        </w:tc>
        <w:tc>
          <w:tcPr>
            <w:tcW w:w="7695" w:type="dxa"/>
            <w:vAlign w:val="center"/>
          </w:tcPr>
          <w:p w:rsidR="00BB56D3" w:rsidRDefault="00BB56D3" w:rsidP="00397B90">
            <w:pPr>
              <w:jc w:val="center"/>
              <w:rPr>
                <w:color w:val="002060"/>
                <w:sz w:val="20"/>
                <w:szCs w:val="20"/>
              </w:rPr>
            </w:pPr>
          </w:p>
        </w:tc>
      </w:tr>
      <w:tr w:rsidR="00397B90" w:rsidTr="00BB56D3">
        <w:trPr>
          <w:trHeight w:val="596"/>
        </w:trPr>
        <w:tc>
          <w:tcPr>
            <w:tcW w:w="2495" w:type="dxa"/>
            <w:shd w:val="clear" w:color="auto" w:fill="984806" w:themeFill="accent6" w:themeFillShade="80"/>
            <w:vAlign w:val="center"/>
          </w:tcPr>
          <w:p w:rsidR="00397B90" w:rsidRPr="00B44B1D" w:rsidRDefault="00397B90" w:rsidP="00F15A38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B44B1D">
              <w:rPr>
                <w:color w:val="FFFFFF" w:themeColor="background1"/>
                <w:sz w:val="20"/>
                <w:szCs w:val="20"/>
              </w:rPr>
              <w:t>Numero iscrizione*</w:t>
            </w:r>
          </w:p>
        </w:tc>
        <w:tc>
          <w:tcPr>
            <w:tcW w:w="7701" w:type="dxa"/>
            <w:gridSpan w:val="2"/>
            <w:vAlign w:val="center"/>
          </w:tcPr>
          <w:p w:rsidR="00397B90" w:rsidRDefault="00397B90" w:rsidP="00F15A38">
            <w:pPr>
              <w:jc w:val="center"/>
              <w:rPr>
                <w:color w:val="002060"/>
                <w:sz w:val="20"/>
                <w:szCs w:val="20"/>
              </w:rPr>
            </w:pPr>
          </w:p>
        </w:tc>
      </w:tr>
    </w:tbl>
    <w:p w:rsidR="00397B90" w:rsidRDefault="00397B90" w:rsidP="00397B90">
      <w:pPr>
        <w:spacing w:after="40"/>
        <w:jc w:val="center"/>
        <w:rPr>
          <w:sz w:val="20"/>
          <w:szCs w:val="20"/>
        </w:rPr>
      </w:pPr>
    </w:p>
    <w:p w:rsidR="00397B90" w:rsidRDefault="008569E1" w:rsidP="00397B90">
      <w:pPr>
        <w:spacing w:after="80"/>
        <w:jc w:val="center"/>
        <w:rPr>
          <w:b/>
          <w:caps/>
          <w:sz w:val="22"/>
          <w:szCs w:val="20"/>
        </w:rPr>
      </w:pPr>
      <w:r w:rsidRPr="00397B90">
        <w:rPr>
          <w:b/>
          <w:caps/>
          <w:sz w:val="22"/>
          <w:szCs w:val="20"/>
        </w:rPr>
        <w:t xml:space="preserve">Chiede </w:t>
      </w:r>
    </w:p>
    <w:p w:rsidR="002554B1" w:rsidRDefault="00B44B1D" w:rsidP="002554B1">
      <w:pPr>
        <w:pStyle w:val="Paragrafoelenco"/>
        <w:numPr>
          <w:ilvl w:val="0"/>
          <w:numId w:val="11"/>
        </w:numPr>
        <w:spacing w:after="8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aderire </w:t>
      </w:r>
      <w:r w:rsidRPr="00397B90">
        <w:rPr>
          <w:sz w:val="20"/>
          <w:szCs w:val="20"/>
        </w:rPr>
        <w:t xml:space="preserve">al servizio di posta elettronica </w:t>
      </w:r>
      <w:r w:rsidR="002554B1">
        <w:rPr>
          <w:sz w:val="20"/>
          <w:szCs w:val="20"/>
        </w:rPr>
        <w:t>ordinaria</w:t>
      </w:r>
      <w:r w:rsidRPr="00397B90">
        <w:rPr>
          <w:sz w:val="20"/>
          <w:szCs w:val="20"/>
        </w:rPr>
        <w:t xml:space="preserve"> offerto dalla Federazione Nazionale degli Ordini dei Chimici e dei Fisici nel dominio </w:t>
      </w:r>
      <w:r w:rsidRPr="00397B90">
        <w:rPr>
          <w:b/>
          <w:i/>
          <w:sz w:val="20"/>
          <w:szCs w:val="20"/>
        </w:rPr>
        <w:t>chimicifisici.it</w:t>
      </w:r>
      <w:r w:rsidR="002554B1">
        <w:rPr>
          <w:b/>
          <w:i/>
          <w:sz w:val="20"/>
          <w:szCs w:val="20"/>
        </w:rPr>
        <w:t xml:space="preserve"> </w:t>
      </w:r>
      <w:r w:rsidR="002554B1" w:rsidRPr="002554B1">
        <w:rPr>
          <w:sz w:val="20"/>
          <w:szCs w:val="20"/>
        </w:rPr>
        <w:t>ed ai servizi complementari resi dall’ISP (Internet Service Provider) convenzionato</w:t>
      </w:r>
    </w:p>
    <w:p w:rsidR="00B44B1D" w:rsidRDefault="00B44B1D" w:rsidP="00B44B1D">
      <w:pPr>
        <w:pStyle w:val="Paragrafoelenco"/>
        <w:numPr>
          <w:ilvl w:val="0"/>
          <w:numId w:val="11"/>
        </w:numPr>
        <w:spacing w:after="80"/>
        <w:jc w:val="both"/>
        <w:rPr>
          <w:sz w:val="20"/>
          <w:szCs w:val="20"/>
        </w:rPr>
      </w:pPr>
      <w:proofErr w:type="gramStart"/>
      <w:r w:rsidRPr="00B44B1D">
        <w:rPr>
          <w:sz w:val="20"/>
          <w:szCs w:val="20"/>
        </w:rPr>
        <w:t>l'attivazione</w:t>
      </w:r>
      <w:proofErr w:type="gramEnd"/>
      <w:r w:rsidRPr="00B44B1D">
        <w:rPr>
          <w:sz w:val="20"/>
          <w:szCs w:val="20"/>
        </w:rPr>
        <w:t xml:space="preserve"> di una casella </w:t>
      </w:r>
      <w:r w:rsidR="002554B1">
        <w:rPr>
          <w:sz w:val="20"/>
          <w:szCs w:val="20"/>
        </w:rPr>
        <w:t>di posta elettronica ordinaria</w:t>
      </w:r>
      <w:r w:rsidRPr="00B44B1D">
        <w:rPr>
          <w:sz w:val="20"/>
          <w:szCs w:val="20"/>
        </w:rPr>
        <w:t xml:space="preserve"> nel dominio @chimicifisici.it, con </w:t>
      </w:r>
      <w:r w:rsidRPr="00B44B1D">
        <w:rPr>
          <w:b/>
          <w:sz w:val="20"/>
          <w:szCs w:val="20"/>
        </w:rPr>
        <w:t>canone standard</w:t>
      </w:r>
      <w:r w:rsidRPr="00B44B1D">
        <w:rPr>
          <w:sz w:val="20"/>
          <w:szCs w:val="20"/>
        </w:rPr>
        <w:t xml:space="preserve"> a carico della Federazione </w:t>
      </w:r>
    </w:p>
    <w:p w:rsidR="00B44B1D" w:rsidRDefault="00B44B1D" w:rsidP="00B44B1D">
      <w:pPr>
        <w:pStyle w:val="Paragrafoelenco"/>
        <w:spacing w:after="80"/>
        <w:jc w:val="center"/>
        <w:rPr>
          <w:sz w:val="20"/>
          <w:szCs w:val="20"/>
        </w:rPr>
      </w:pPr>
    </w:p>
    <w:p w:rsidR="00B44B1D" w:rsidRDefault="00B44B1D" w:rsidP="00B44B1D">
      <w:pPr>
        <w:pStyle w:val="Paragrafoelenco"/>
        <w:spacing w:after="80"/>
        <w:jc w:val="center"/>
        <w:rPr>
          <w:sz w:val="20"/>
          <w:szCs w:val="20"/>
        </w:rPr>
      </w:pPr>
      <w:r>
        <w:rPr>
          <w:sz w:val="20"/>
          <w:szCs w:val="20"/>
        </w:rPr>
        <w:t>INDIRIZZO DESIDERATO SE DISPONIBILE</w:t>
      </w:r>
    </w:p>
    <w:p w:rsidR="00B44B1D" w:rsidRPr="00B44B1D" w:rsidRDefault="00B44B1D" w:rsidP="00B44B1D">
      <w:pPr>
        <w:pStyle w:val="Paragrafoelenco"/>
        <w:spacing w:after="80"/>
        <w:jc w:val="both"/>
        <w:rPr>
          <w:sz w:val="20"/>
          <w:szCs w:val="20"/>
        </w:rPr>
      </w:pPr>
    </w:p>
    <w:p w:rsidR="00397B90" w:rsidRDefault="00397B90" w:rsidP="00B44B1D">
      <w:pPr>
        <w:jc w:val="center"/>
        <w:rPr>
          <w:sz w:val="20"/>
          <w:szCs w:val="20"/>
        </w:rPr>
      </w:pPr>
      <w:r w:rsidRPr="00397B90">
        <w:rPr>
          <w:sz w:val="20"/>
          <w:szCs w:val="20"/>
        </w:rPr>
        <w:t>__________________</w:t>
      </w:r>
      <w:r w:rsidR="00B44B1D">
        <w:rPr>
          <w:sz w:val="20"/>
          <w:szCs w:val="20"/>
        </w:rPr>
        <w:t>______________________________</w:t>
      </w:r>
      <w:r w:rsidR="002554B1">
        <w:rPr>
          <w:sz w:val="20"/>
          <w:szCs w:val="20"/>
        </w:rPr>
        <w:t>______@</w:t>
      </w:r>
      <w:r w:rsidRPr="00397B90">
        <w:rPr>
          <w:sz w:val="20"/>
          <w:szCs w:val="20"/>
        </w:rPr>
        <w:t>chimicifisici.it</w:t>
      </w:r>
    </w:p>
    <w:p w:rsidR="00B44B1D" w:rsidRPr="00397B90" w:rsidRDefault="00B44B1D" w:rsidP="00397B90">
      <w:pPr>
        <w:jc w:val="both"/>
        <w:rPr>
          <w:sz w:val="20"/>
          <w:szCs w:val="20"/>
        </w:rPr>
      </w:pPr>
    </w:p>
    <w:p w:rsidR="00397B90" w:rsidRPr="00B44B1D" w:rsidRDefault="00AB5EF5" w:rsidP="00AB5EF5">
      <w:pPr>
        <w:spacing w:after="80"/>
        <w:rPr>
          <w:i/>
          <w:color w:val="A6A6A6" w:themeColor="background1" w:themeShade="A6"/>
          <w:sz w:val="18"/>
          <w:szCs w:val="20"/>
        </w:rPr>
      </w:pPr>
      <w:r>
        <w:rPr>
          <w:i/>
          <w:color w:val="A6A6A6" w:themeColor="background1" w:themeShade="A6"/>
          <w:sz w:val="18"/>
          <w:szCs w:val="20"/>
        </w:rPr>
        <w:t>Se</w:t>
      </w:r>
      <w:r w:rsidR="00397B90" w:rsidRPr="00B44B1D">
        <w:rPr>
          <w:i/>
          <w:color w:val="A6A6A6" w:themeColor="background1" w:themeShade="A6"/>
          <w:sz w:val="18"/>
          <w:szCs w:val="20"/>
        </w:rPr>
        <w:t xml:space="preserve"> lasciato in bianco comporta l’assegnazione automatica dell’indirizzo di e-mail del tipo </w:t>
      </w:r>
      <w:hyperlink r:id="rId10" w:history="1">
        <w:r w:rsidR="00BB56D3" w:rsidRPr="00831A3F">
          <w:rPr>
            <w:rStyle w:val="Collegamentoipertestuale"/>
            <w:i/>
            <w:sz w:val="18"/>
            <w:szCs w:val="20"/>
          </w:rPr>
          <w:t>nome.cognome@ chimicifisici.it</w:t>
        </w:r>
      </w:hyperlink>
      <w:r w:rsidR="00B44B1D" w:rsidRPr="00B44B1D">
        <w:rPr>
          <w:i/>
          <w:color w:val="A6A6A6" w:themeColor="background1" w:themeShade="A6"/>
          <w:sz w:val="18"/>
          <w:szCs w:val="20"/>
        </w:rPr>
        <w:t xml:space="preserve"> ove non già utilizzato da altri iscritti</w:t>
      </w:r>
      <w:r>
        <w:rPr>
          <w:i/>
          <w:color w:val="A6A6A6" w:themeColor="background1" w:themeShade="A6"/>
          <w:sz w:val="18"/>
          <w:szCs w:val="20"/>
        </w:rPr>
        <w:t xml:space="preserve">. </w:t>
      </w:r>
    </w:p>
    <w:p w:rsidR="00D87B75" w:rsidRDefault="00D87B75" w:rsidP="00397B90">
      <w:pPr>
        <w:spacing w:after="80"/>
        <w:jc w:val="both"/>
        <w:rPr>
          <w:sz w:val="20"/>
          <w:szCs w:val="20"/>
        </w:rPr>
      </w:pPr>
    </w:p>
    <w:p w:rsidR="00B44B1D" w:rsidRDefault="00B44B1D" w:rsidP="00397B90">
      <w:pPr>
        <w:spacing w:after="80"/>
        <w:jc w:val="center"/>
        <w:rPr>
          <w:b/>
          <w:caps/>
          <w:sz w:val="22"/>
          <w:szCs w:val="20"/>
        </w:rPr>
      </w:pPr>
    </w:p>
    <w:p w:rsidR="00397B90" w:rsidRPr="00397B90" w:rsidRDefault="008569E1" w:rsidP="00397B90">
      <w:pPr>
        <w:spacing w:after="80"/>
        <w:jc w:val="center"/>
        <w:rPr>
          <w:caps/>
          <w:sz w:val="22"/>
          <w:szCs w:val="20"/>
        </w:rPr>
      </w:pPr>
      <w:r w:rsidRPr="00397B90">
        <w:rPr>
          <w:b/>
          <w:caps/>
          <w:sz w:val="22"/>
          <w:szCs w:val="20"/>
        </w:rPr>
        <w:t>Dichiara</w:t>
      </w:r>
    </w:p>
    <w:p w:rsidR="00D87B75" w:rsidRDefault="008569E1" w:rsidP="00B44B1D">
      <w:pPr>
        <w:pStyle w:val="Paragrafoelenco"/>
        <w:numPr>
          <w:ilvl w:val="0"/>
          <w:numId w:val="10"/>
        </w:numPr>
        <w:spacing w:after="80"/>
        <w:jc w:val="both"/>
        <w:rPr>
          <w:sz w:val="20"/>
          <w:szCs w:val="20"/>
        </w:rPr>
      </w:pPr>
      <w:proofErr w:type="gramStart"/>
      <w:r w:rsidRPr="00B44B1D">
        <w:rPr>
          <w:sz w:val="20"/>
          <w:szCs w:val="20"/>
        </w:rPr>
        <w:t>di</w:t>
      </w:r>
      <w:proofErr w:type="gramEnd"/>
      <w:r w:rsidRPr="00B44B1D">
        <w:rPr>
          <w:sz w:val="20"/>
          <w:szCs w:val="20"/>
        </w:rPr>
        <w:t xml:space="preserve"> essere a conoscenza della responsabilità personale inerente e conseguente all’utilizzo della posta elettronica </w:t>
      </w:r>
      <w:r w:rsidR="002554B1">
        <w:rPr>
          <w:sz w:val="20"/>
          <w:szCs w:val="20"/>
        </w:rPr>
        <w:t>ordinaria</w:t>
      </w:r>
      <w:r w:rsidRPr="00B44B1D">
        <w:rPr>
          <w:sz w:val="20"/>
          <w:szCs w:val="20"/>
        </w:rPr>
        <w:t xml:space="preserve"> e si impegna a impostare e custodire con la massima cura la password e le credenziali personali, in conformità alla normativa vigente.</w:t>
      </w:r>
    </w:p>
    <w:p w:rsidR="00B44B1D" w:rsidRPr="00B44B1D" w:rsidRDefault="00B44B1D" w:rsidP="00B44B1D">
      <w:pPr>
        <w:pStyle w:val="Paragrafoelenco"/>
        <w:spacing w:after="80"/>
        <w:jc w:val="both"/>
        <w:rPr>
          <w:sz w:val="20"/>
          <w:szCs w:val="20"/>
        </w:rPr>
      </w:pPr>
    </w:p>
    <w:p w:rsidR="00B44B1D" w:rsidRDefault="008569E1" w:rsidP="00B44B1D">
      <w:pPr>
        <w:pStyle w:val="Paragrafoelenco"/>
        <w:numPr>
          <w:ilvl w:val="0"/>
          <w:numId w:val="10"/>
        </w:numPr>
        <w:spacing w:after="80"/>
        <w:jc w:val="both"/>
        <w:rPr>
          <w:sz w:val="20"/>
          <w:szCs w:val="20"/>
        </w:rPr>
      </w:pPr>
      <w:proofErr w:type="gramStart"/>
      <w:r w:rsidRPr="00AB5EF5">
        <w:rPr>
          <w:sz w:val="20"/>
          <w:szCs w:val="20"/>
        </w:rPr>
        <w:t>di</w:t>
      </w:r>
      <w:proofErr w:type="gramEnd"/>
      <w:r w:rsidRPr="00AB5EF5">
        <w:rPr>
          <w:sz w:val="20"/>
          <w:szCs w:val="20"/>
        </w:rPr>
        <w:t xml:space="preserve"> aver preso visione delle condizioni generali che regolano il servizio così come poste dall’Internet Service Provider e</w:t>
      </w:r>
      <w:r w:rsidR="004F1C4D">
        <w:rPr>
          <w:sz w:val="20"/>
          <w:szCs w:val="20"/>
        </w:rPr>
        <w:t xml:space="preserve"> quelle</w:t>
      </w:r>
      <w:r w:rsidRPr="00AB5EF5">
        <w:rPr>
          <w:sz w:val="20"/>
          <w:szCs w:val="20"/>
        </w:rPr>
        <w:t xml:space="preserve"> riportate sul sito internet “www.chi</w:t>
      </w:r>
      <w:r w:rsidR="004F1C4D">
        <w:rPr>
          <w:sz w:val="20"/>
          <w:szCs w:val="20"/>
        </w:rPr>
        <w:t>micifisici.it” e di accettarle.</w:t>
      </w:r>
    </w:p>
    <w:p w:rsidR="00AB5EF5" w:rsidRPr="00AB5EF5" w:rsidRDefault="00AB5EF5" w:rsidP="00AB5EF5">
      <w:pPr>
        <w:pStyle w:val="Paragrafoelenco"/>
        <w:rPr>
          <w:sz w:val="20"/>
          <w:szCs w:val="20"/>
        </w:rPr>
      </w:pPr>
    </w:p>
    <w:p w:rsidR="008319EA" w:rsidRPr="008319EA" w:rsidRDefault="008319EA" w:rsidP="00B44B1D">
      <w:pPr>
        <w:pStyle w:val="Paragrafoelenco"/>
        <w:numPr>
          <w:ilvl w:val="0"/>
          <w:numId w:val="10"/>
        </w:numPr>
        <w:spacing w:after="80"/>
        <w:jc w:val="both"/>
        <w:rPr>
          <w:sz w:val="20"/>
          <w:szCs w:val="20"/>
        </w:rPr>
      </w:pPr>
      <w:proofErr w:type="gramStart"/>
      <w:r w:rsidRPr="008319EA">
        <w:rPr>
          <w:sz w:val="20"/>
          <w:szCs w:val="20"/>
        </w:rPr>
        <w:t>di</w:t>
      </w:r>
      <w:proofErr w:type="gramEnd"/>
      <w:r w:rsidRPr="008319EA">
        <w:rPr>
          <w:sz w:val="20"/>
          <w:szCs w:val="20"/>
        </w:rPr>
        <w:t xml:space="preserve"> essere a conoscenza che la Federazione concede una sola casella </w:t>
      </w:r>
      <w:r w:rsidR="002554B1">
        <w:rPr>
          <w:sz w:val="20"/>
          <w:szCs w:val="20"/>
        </w:rPr>
        <w:t>di posta elettronica ordinaria</w:t>
      </w:r>
      <w:r w:rsidRPr="008319EA">
        <w:rPr>
          <w:sz w:val="20"/>
          <w:szCs w:val="20"/>
        </w:rPr>
        <w:t xml:space="preserve"> per ciascun iscritto. Qualora risulti già attiva una casella con dominio </w:t>
      </w:r>
      <w:r w:rsidRPr="008319EA">
        <w:rPr>
          <w:i/>
          <w:sz w:val="20"/>
          <w:szCs w:val="20"/>
        </w:rPr>
        <w:t>@chimici.it</w:t>
      </w:r>
      <w:r w:rsidRPr="008319EA">
        <w:rPr>
          <w:sz w:val="20"/>
          <w:szCs w:val="20"/>
        </w:rPr>
        <w:t xml:space="preserve"> o </w:t>
      </w:r>
      <w:r w:rsidRPr="008319EA">
        <w:rPr>
          <w:i/>
          <w:sz w:val="20"/>
          <w:szCs w:val="20"/>
        </w:rPr>
        <w:t>@chimicifisici.it</w:t>
      </w:r>
      <w:r w:rsidRPr="008319EA">
        <w:rPr>
          <w:sz w:val="20"/>
          <w:szCs w:val="20"/>
        </w:rPr>
        <w:t xml:space="preserve">, </w:t>
      </w:r>
      <w:r w:rsidR="00BB56D3">
        <w:rPr>
          <w:sz w:val="20"/>
          <w:szCs w:val="20"/>
        </w:rPr>
        <w:t>si</w:t>
      </w:r>
      <w:r w:rsidRPr="008319EA">
        <w:rPr>
          <w:sz w:val="20"/>
          <w:szCs w:val="20"/>
        </w:rPr>
        <w:t xml:space="preserve"> impegn</w:t>
      </w:r>
      <w:r w:rsidR="00BB56D3">
        <w:rPr>
          <w:sz w:val="20"/>
          <w:szCs w:val="20"/>
        </w:rPr>
        <w:t>a</w:t>
      </w:r>
      <w:r w:rsidRPr="008319EA">
        <w:rPr>
          <w:sz w:val="20"/>
          <w:szCs w:val="20"/>
        </w:rPr>
        <w:t xml:space="preserve"> a indicare, d’intesa con l’Ordine territoriale, quale casella mantenere e a richiedere la disdetta dell’altra.</w:t>
      </w:r>
    </w:p>
    <w:p w:rsidR="00AB5EF5" w:rsidRDefault="00AB5EF5" w:rsidP="00AB5EF5">
      <w:pPr>
        <w:pStyle w:val="Paragrafoelenco"/>
        <w:spacing w:after="80"/>
        <w:ind w:left="1440"/>
        <w:jc w:val="both"/>
        <w:rPr>
          <w:sz w:val="20"/>
          <w:szCs w:val="20"/>
        </w:rPr>
      </w:pPr>
    </w:p>
    <w:p w:rsidR="00B44B1D" w:rsidRPr="00B44B1D" w:rsidRDefault="008319EA" w:rsidP="00B44B1D">
      <w:pPr>
        <w:pStyle w:val="Paragrafoelenco"/>
        <w:spacing w:after="80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>INDICA</w:t>
      </w:r>
    </w:p>
    <w:p w:rsidR="00B44B1D" w:rsidRDefault="00B44B1D" w:rsidP="00B44B1D">
      <w:pPr>
        <w:pStyle w:val="Paragrafoelenco"/>
        <w:spacing w:after="80"/>
        <w:jc w:val="center"/>
        <w:rPr>
          <w:sz w:val="24"/>
          <w:szCs w:val="20"/>
        </w:rPr>
      </w:pPr>
    </w:p>
    <w:p w:rsidR="00B44B1D" w:rsidRDefault="00B44B1D" w:rsidP="00AB5EF5">
      <w:pPr>
        <w:pStyle w:val="Paragrafoelenco"/>
        <w:numPr>
          <w:ilvl w:val="0"/>
          <w:numId w:val="10"/>
        </w:numPr>
        <w:spacing w:after="80"/>
        <w:jc w:val="both"/>
        <w:rPr>
          <w:sz w:val="20"/>
          <w:szCs w:val="20"/>
        </w:rPr>
      </w:pPr>
      <w:proofErr w:type="gramStart"/>
      <w:r w:rsidRPr="00AB5EF5">
        <w:rPr>
          <w:sz w:val="20"/>
          <w:szCs w:val="20"/>
        </w:rPr>
        <w:t>che</w:t>
      </w:r>
      <w:proofErr w:type="gramEnd"/>
      <w:r w:rsidRPr="00AB5EF5">
        <w:rPr>
          <w:sz w:val="20"/>
          <w:szCs w:val="20"/>
        </w:rPr>
        <w:t xml:space="preserve"> l’indirizzo di posta elettronica </w:t>
      </w:r>
      <w:r w:rsidR="002554B1">
        <w:rPr>
          <w:sz w:val="20"/>
          <w:szCs w:val="20"/>
        </w:rPr>
        <w:t>ordinaria</w:t>
      </w:r>
      <w:r w:rsidRPr="00AB5EF5">
        <w:rPr>
          <w:sz w:val="20"/>
          <w:szCs w:val="20"/>
        </w:rPr>
        <w:t xml:space="preserve"> </w:t>
      </w:r>
      <w:r w:rsidR="00AB5EF5">
        <w:rPr>
          <w:sz w:val="20"/>
          <w:szCs w:val="20"/>
        </w:rPr>
        <w:t xml:space="preserve">___________________________________________________ </w:t>
      </w:r>
      <w:r w:rsidRPr="00AB5EF5">
        <w:rPr>
          <w:sz w:val="20"/>
          <w:szCs w:val="20"/>
        </w:rPr>
        <w:t>dovrà essere utilizzato al fine di adempiere gli obblighi di comunicazione</w:t>
      </w:r>
      <w:r w:rsidR="002554B1">
        <w:rPr>
          <w:sz w:val="20"/>
          <w:szCs w:val="20"/>
        </w:rPr>
        <w:t xml:space="preserve"> ordinaria e straordinaria con l’Ordine territoriale e la Federazione Nazionale</w:t>
      </w:r>
    </w:p>
    <w:p w:rsidR="00B44B1D" w:rsidRPr="00B44B1D" w:rsidRDefault="00B44B1D" w:rsidP="00B44B1D">
      <w:pPr>
        <w:pStyle w:val="Paragrafoelenco"/>
        <w:spacing w:after="80"/>
        <w:jc w:val="both"/>
        <w:rPr>
          <w:sz w:val="24"/>
          <w:szCs w:val="20"/>
        </w:rPr>
      </w:pPr>
    </w:p>
    <w:p w:rsidR="00D87B75" w:rsidRDefault="008569E1">
      <w:pPr>
        <w:spacing w:after="100"/>
        <w:jc w:val="center"/>
        <w:rPr>
          <w:sz w:val="20"/>
        </w:rPr>
      </w:pPr>
      <w:r w:rsidRPr="00B44B1D">
        <w:rPr>
          <w:sz w:val="20"/>
        </w:rPr>
        <w:t xml:space="preserve">Data: ___________________                      </w:t>
      </w:r>
      <w:proofErr w:type="gramStart"/>
      <w:r w:rsidRPr="00B44B1D">
        <w:rPr>
          <w:sz w:val="20"/>
        </w:rPr>
        <w:t xml:space="preserve">   (</w:t>
      </w:r>
      <w:proofErr w:type="gramEnd"/>
      <w:r w:rsidRPr="00B44B1D">
        <w:rPr>
          <w:sz w:val="20"/>
        </w:rPr>
        <w:t>firma leggibile) ___________________________________</w:t>
      </w:r>
    </w:p>
    <w:p w:rsidR="00AB5EF5" w:rsidRDefault="00AB5EF5">
      <w:pPr>
        <w:spacing w:after="120"/>
        <w:rPr>
          <w:b/>
          <w:sz w:val="18"/>
        </w:rPr>
      </w:pPr>
      <w:bookmarkStart w:id="0" w:name="_GoBack"/>
      <w:r>
        <w:rPr>
          <w:b/>
          <w:noProof/>
          <w:sz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-88900</wp:posOffset>
                </wp:positionH>
                <wp:positionV relativeFrom="paragraph">
                  <wp:posOffset>90805</wp:posOffset>
                </wp:positionV>
                <wp:extent cx="6654800" cy="5092700"/>
                <wp:effectExtent l="57150" t="19050" r="69850" b="8890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4800" cy="5092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917F83" id="Rettangolo 1" o:spid="_x0000_s1026" style="position:absolute;margin-left:-7pt;margin-top:7.15pt;width:524pt;height:401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" filled="f" strokecolor="#243f60 [1604]">
                <v:shadow on="t" color="black" opacity="22937f" origin=",.5" offset="0,.63889mm"/>
                <w10:wrap anchorx="margin"/>
              </v:rect>
            </w:pict>
          </mc:Fallback>
        </mc:AlternateContent>
      </w:r>
      <w:bookmarkEnd w:id="0"/>
    </w:p>
    <w:p w:rsidR="00D87B75" w:rsidRPr="00BB56D3" w:rsidRDefault="008569E1" w:rsidP="00AB5EF5">
      <w:pPr>
        <w:shd w:val="clear" w:color="auto" w:fill="DBE5F1" w:themeFill="accent1" w:themeFillTint="33"/>
        <w:spacing w:after="120"/>
        <w:jc w:val="center"/>
        <w:rPr>
          <w:rFonts w:cs="Arial"/>
          <w:i/>
          <w:color w:val="002060"/>
          <w:sz w:val="20"/>
          <w:szCs w:val="20"/>
        </w:rPr>
      </w:pPr>
      <w:r w:rsidRPr="00BB56D3">
        <w:rPr>
          <w:rFonts w:cs="Arial"/>
          <w:b/>
          <w:i/>
          <w:color w:val="002060"/>
          <w:sz w:val="20"/>
          <w:szCs w:val="20"/>
        </w:rPr>
        <w:t>Informativa trattamento dei dati personali:</w:t>
      </w:r>
    </w:p>
    <w:p w:rsidR="00BB56D3" w:rsidRPr="00BB56D3" w:rsidRDefault="008569E1" w:rsidP="00BB56D3">
      <w:pPr>
        <w:spacing w:after="100"/>
        <w:jc w:val="both"/>
        <w:rPr>
          <w:rFonts w:cs="Arial"/>
          <w:sz w:val="20"/>
          <w:szCs w:val="20"/>
        </w:rPr>
      </w:pPr>
      <w:r w:rsidRPr="00BB56D3">
        <w:rPr>
          <w:rFonts w:cs="Arial"/>
          <w:b/>
          <w:sz w:val="20"/>
          <w:szCs w:val="20"/>
        </w:rPr>
        <w:br/>
      </w:r>
      <w:r w:rsidRPr="00BB56D3">
        <w:rPr>
          <w:rFonts w:ascii="Segoe UI Symbol" w:hAnsi="Segoe UI Symbol" w:cs="Segoe UI Symbol"/>
          <w:b/>
          <w:sz w:val="20"/>
          <w:szCs w:val="20"/>
        </w:rPr>
        <w:t>☐</w:t>
      </w:r>
      <w:r w:rsidRPr="00BB56D3">
        <w:rPr>
          <w:rFonts w:cs="Arial"/>
          <w:b/>
          <w:sz w:val="20"/>
          <w:szCs w:val="20"/>
        </w:rPr>
        <w:t xml:space="preserve">    dichiaro di aver preso visione </w:t>
      </w:r>
      <w:r w:rsidR="00BB56D3" w:rsidRPr="00BB56D3">
        <w:rPr>
          <w:rFonts w:cs="Arial"/>
          <w:sz w:val="20"/>
          <w:szCs w:val="20"/>
        </w:rPr>
        <w:t>dell’informativa sul trattamento dei dati personali resa ai sensi dell’art. 13 del Regolamento (UE) 2016/679, presente all’indirizzo</w:t>
      </w:r>
      <w:r w:rsidR="002374D5" w:rsidRPr="002374D5">
        <w:t xml:space="preserve"> </w:t>
      </w:r>
      <w:hyperlink r:id="rId11" w:history="1">
        <w:r w:rsidR="002374D5" w:rsidRPr="00831A3F">
          <w:rPr>
            <w:rStyle w:val="Collegamentoipertestuale"/>
            <w:rFonts w:cs="Arial"/>
            <w:sz w:val="20"/>
            <w:szCs w:val="20"/>
          </w:rPr>
          <w:t>https://www.chimicifisici.it/wp-content/uploads/2026/08/informativapeo.pdf</w:t>
        </w:r>
      </w:hyperlink>
      <w:r w:rsidR="002374D5">
        <w:rPr>
          <w:rFonts w:cs="Arial"/>
          <w:sz w:val="20"/>
          <w:szCs w:val="20"/>
        </w:rPr>
        <w:t xml:space="preserve"> </w:t>
      </w:r>
    </w:p>
    <w:p w:rsidR="00BB56D3" w:rsidRPr="00BB56D3" w:rsidRDefault="00BB56D3" w:rsidP="00BB56D3">
      <w:pPr>
        <w:spacing w:before="60" w:after="120" w:line="264" w:lineRule="auto"/>
        <w:jc w:val="both"/>
        <w:rPr>
          <w:rFonts w:cs="Arial"/>
          <w:sz w:val="20"/>
          <w:szCs w:val="20"/>
          <w:lang w:eastAsia="it-IT"/>
        </w:rPr>
      </w:pPr>
      <w:r w:rsidRPr="00BB56D3">
        <w:rPr>
          <w:rFonts w:cs="Arial"/>
          <w:sz w:val="20"/>
          <w:szCs w:val="20"/>
          <w:lang w:eastAsia="it-IT"/>
        </w:rPr>
        <w:t>Prendo atto che il trattamento dei dati necessari all’attivazione e alla gestione del servizio, compresa la comunicazione dei dati al fornitore quale Responsabile del trattamento, e l’utilizzo della casella per le comunicazioni istituzionali con l’Ordine territoriale e la Federazione, non è fondato sul mio consenso, bensì sull’esecuzione di un compito di interesse pubblico e sull’adempimento di obblighi di legge, e non richiede pertanto alcuna autorizzazione.</w:t>
      </w:r>
    </w:p>
    <w:p w:rsidR="00BB56D3" w:rsidRPr="00BB56D3" w:rsidRDefault="00BB56D3" w:rsidP="00BB56D3">
      <w:pPr>
        <w:spacing w:before="60" w:after="120" w:line="264" w:lineRule="auto"/>
        <w:jc w:val="both"/>
        <w:rPr>
          <w:rFonts w:cs="Arial"/>
          <w:sz w:val="20"/>
          <w:szCs w:val="20"/>
          <w:lang w:eastAsia="it-IT"/>
        </w:rPr>
      </w:pPr>
      <w:r w:rsidRPr="00BB56D3">
        <w:rPr>
          <w:rFonts w:cs="Arial"/>
          <w:b/>
          <w:bCs/>
          <w:sz w:val="20"/>
          <w:szCs w:val="20"/>
          <w:lang w:eastAsia="it-IT"/>
        </w:rPr>
        <w:t xml:space="preserve">Consenso facoltativo – marketing di partner e sponsor. </w:t>
      </w:r>
      <w:r w:rsidRPr="00BB56D3">
        <w:rPr>
          <w:rFonts w:cs="Arial"/>
          <w:sz w:val="20"/>
          <w:szCs w:val="20"/>
          <w:lang w:eastAsia="it-IT"/>
        </w:rPr>
        <w:t>Esclusivamente per la finalità di comunicazione del mio indirizzo di posta elettronica a partner e sponsor della Federazione, per la promozione di prodotti e servizi rivolti ai professionisti (paragrafo 4, lettera d, dell’informativa):</w:t>
      </w:r>
    </w:p>
    <w:p w:rsidR="00BB56D3" w:rsidRPr="00BB56D3" w:rsidRDefault="00BB56D3" w:rsidP="00BB56D3">
      <w:pPr>
        <w:spacing w:after="120" w:line="264" w:lineRule="auto"/>
        <w:ind w:left="340" w:hanging="340"/>
        <w:rPr>
          <w:rFonts w:cs="Arial"/>
          <w:sz w:val="20"/>
          <w:szCs w:val="20"/>
          <w:lang w:eastAsia="it-IT"/>
        </w:rPr>
      </w:pPr>
      <w:r w:rsidRPr="00BB56D3">
        <w:rPr>
          <w:rFonts w:ascii="Segoe UI Symbol" w:hAnsi="Segoe UI Symbol" w:cs="Segoe UI Symbol"/>
          <w:sz w:val="20"/>
          <w:szCs w:val="20"/>
          <w:lang w:eastAsia="it-IT"/>
        </w:rPr>
        <w:t>☐</w:t>
      </w:r>
      <w:r w:rsidRPr="00BB56D3">
        <w:rPr>
          <w:rFonts w:cs="Arial"/>
          <w:sz w:val="20"/>
          <w:szCs w:val="20"/>
          <w:lang w:eastAsia="it-IT"/>
        </w:rPr>
        <w:tab/>
      </w:r>
      <w:r w:rsidRPr="00BB56D3">
        <w:rPr>
          <w:rFonts w:cs="Arial"/>
          <w:b/>
          <w:bCs/>
          <w:sz w:val="20"/>
          <w:szCs w:val="20"/>
          <w:lang w:eastAsia="it-IT"/>
        </w:rPr>
        <w:t>ACCONSENTO</w:t>
      </w:r>
      <w:r w:rsidRPr="00BB56D3">
        <w:rPr>
          <w:rFonts w:cs="Arial"/>
          <w:sz w:val="20"/>
          <w:szCs w:val="20"/>
          <w:lang w:eastAsia="it-IT"/>
        </w:rPr>
        <w:t xml:space="preserve">              </w:t>
      </w:r>
      <w:r w:rsidRPr="00BB56D3">
        <w:rPr>
          <w:rFonts w:ascii="Segoe UI Symbol" w:hAnsi="Segoe UI Symbol" w:cs="Segoe UI Symbol"/>
          <w:sz w:val="20"/>
          <w:szCs w:val="20"/>
          <w:lang w:eastAsia="it-IT"/>
        </w:rPr>
        <w:t>☐</w:t>
      </w:r>
      <w:r w:rsidRPr="00BB56D3">
        <w:rPr>
          <w:rFonts w:cs="Arial"/>
          <w:sz w:val="20"/>
          <w:szCs w:val="20"/>
          <w:lang w:eastAsia="it-IT"/>
        </w:rPr>
        <w:tab/>
      </w:r>
      <w:r w:rsidRPr="00BB56D3">
        <w:rPr>
          <w:rFonts w:cs="Arial"/>
          <w:b/>
          <w:bCs/>
          <w:sz w:val="20"/>
          <w:szCs w:val="20"/>
          <w:lang w:eastAsia="it-IT"/>
        </w:rPr>
        <w:t>NON ACCONSENTO</w:t>
      </w:r>
    </w:p>
    <w:p w:rsidR="00BB56D3" w:rsidRPr="00BB56D3" w:rsidRDefault="00BB56D3" w:rsidP="00BB56D3">
      <w:pPr>
        <w:spacing w:after="120" w:line="264" w:lineRule="auto"/>
        <w:jc w:val="both"/>
        <w:rPr>
          <w:rFonts w:cs="Arial"/>
          <w:color w:val="A6A6A6" w:themeColor="background1" w:themeShade="A6"/>
          <w:sz w:val="18"/>
          <w:szCs w:val="20"/>
          <w:lang w:eastAsia="it-IT"/>
        </w:rPr>
      </w:pPr>
      <w:r w:rsidRPr="00BB56D3">
        <w:rPr>
          <w:rFonts w:cs="Arial"/>
          <w:i/>
          <w:iCs/>
          <w:color w:val="A6A6A6" w:themeColor="background1" w:themeShade="A6"/>
          <w:sz w:val="18"/>
          <w:szCs w:val="20"/>
          <w:lang w:eastAsia="it-IT"/>
        </w:rPr>
        <w:t>Il mancato consenso a questa finalità non ha alcuna conseguenza sull’attivazione e sulla gestione del servizio</w:t>
      </w:r>
      <w:r w:rsidRPr="00BB56D3">
        <w:rPr>
          <w:rFonts w:cs="Arial"/>
          <w:i/>
          <w:iCs/>
          <w:color w:val="A6A6A6" w:themeColor="background1" w:themeShade="A6"/>
          <w:sz w:val="18"/>
          <w:szCs w:val="20"/>
          <w:lang w:eastAsia="it-IT"/>
        </w:rPr>
        <w:t xml:space="preserve"> e sul ricevimento della newsletter istituzionale.</w:t>
      </w:r>
      <w:r w:rsidRPr="00BB56D3">
        <w:rPr>
          <w:rFonts w:cs="Arial"/>
          <w:i/>
          <w:iCs/>
          <w:color w:val="A6A6A6" w:themeColor="background1" w:themeShade="A6"/>
          <w:sz w:val="18"/>
          <w:szCs w:val="20"/>
          <w:lang w:eastAsia="it-IT"/>
        </w:rPr>
        <w:t xml:space="preserve"> Il consenso può essere revocato in qualsiasi momento inviando una comunicazione a segreteria@chimicifisici.it.</w:t>
      </w:r>
    </w:p>
    <w:p w:rsidR="00D87B75" w:rsidRPr="00BB56D3" w:rsidRDefault="008569E1" w:rsidP="00AB5EF5">
      <w:pPr>
        <w:spacing w:after="100"/>
        <w:jc w:val="center"/>
        <w:rPr>
          <w:rFonts w:cs="Arial"/>
          <w:sz w:val="20"/>
          <w:szCs w:val="20"/>
        </w:rPr>
      </w:pPr>
      <w:r w:rsidRPr="00BB56D3">
        <w:rPr>
          <w:rFonts w:cs="Arial"/>
          <w:sz w:val="20"/>
          <w:szCs w:val="20"/>
        </w:rPr>
        <w:t xml:space="preserve">Data: ___________________                      </w:t>
      </w:r>
      <w:proofErr w:type="gramStart"/>
      <w:r w:rsidRPr="00BB56D3">
        <w:rPr>
          <w:rFonts w:cs="Arial"/>
          <w:sz w:val="20"/>
          <w:szCs w:val="20"/>
        </w:rPr>
        <w:t xml:space="preserve">   (</w:t>
      </w:r>
      <w:proofErr w:type="gramEnd"/>
      <w:r w:rsidRPr="00BB56D3">
        <w:rPr>
          <w:rFonts w:cs="Arial"/>
          <w:sz w:val="20"/>
          <w:szCs w:val="20"/>
        </w:rPr>
        <w:t>firma leggibile) ___________________________________</w:t>
      </w:r>
    </w:p>
    <w:p w:rsidR="00BB56D3" w:rsidRPr="00BB56D3" w:rsidRDefault="00BB56D3" w:rsidP="00BB56D3">
      <w:pPr>
        <w:keepNext/>
        <w:keepLines/>
        <w:spacing w:before="220" w:after="100" w:line="264" w:lineRule="auto"/>
        <w:rPr>
          <w:rFonts w:cs="Arial"/>
          <w:sz w:val="20"/>
          <w:szCs w:val="20"/>
          <w:lang w:eastAsia="it-IT"/>
        </w:rPr>
      </w:pPr>
      <w:r w:rsidRPr="00BB56D3">
        <w:rPr>
          <w:rFonts w:cs="Arial"/>
          <w:b/>
          <w:bCs/>
          <w:sz w:val="20"/>
          <w:szCs w:val="20"/>
          <w:lang w:eastAsia="it-IT"/>
        </w:rPr>
        <w:t>Modalità di sottoscrizione e trasmissione</w:t>
      </w:r>
    </w:p>
    <w:p w:rsidR="00BB56D3" w:rsidRPr="00BB56D3" w:rsidRDefault="00BB56D3" w:rsidP="00BB56D3">
      <w:pPr>
        <w:spacing w:after="100" w:line="264" w:lineRule="auto"/>
        <w:ind w:left="340" w:hanging="340"/>
        <w:rPr>
          <w:rFonts w:cs="Arial"/>
          <w:sz w:val="20"/>
          <w:szCs w:val="20"/>
          <w:lang w:eastAsia="it-IT"/>
        </w:rPr>
      </w:pPr>
      <w:r w:rsidRPr="00BB56D3">
        <w:rPr>
          <w:rFonts w:ascii="Segoe UI Symbol" w:hAnsi="Segoe UI Symbol" w:cs="Segoe UI Symbol"/>
          <w:sz w:val="20"/>
          <w:szCs w:val="20"/>
          <w:lang w:eastAsia="it-IT"/>
        </w:rPr>
        <w:t>☐</w:t>
      </w:r>
      <w:r w:rsidRPr="00BB56D3">
        <w:rPr>
          <w:rFonts w:cs="Arial"/>
          <w:sz w:val="20"/>
          <w:szCs w:val="20"/>
          <w:lang w:eastAsia="it-IT"/>
        </w:rPr>
        <w:tab/>
        <w:t>Sottoscrizione con firma digitale o firma elettronica qualificata (art. 65 del D.lgs. 82/2005): in tal caso non è richiesto l’invio della c</w:t>
      </w:r>
      <w:r>
        <w:rPr>
          <w:rFonts w:cs="Arial"/>
          <w:sz w:val="20"/>
          <w:szCs w:val="20"/>
          <w:lang w:eastAsia="it-IT"/>
        </w:rPr>
        <w:t>opia del documento di identità da parte dell’Ordine</w:t>
      </w:r>
      <w:r w:rsidRPr="00BB56D3">
        <w:rPr>
          <w:rFonts w:cs="Arial"/>
          <w:sz w:val="20"/>
          <w:szCs w:val="20"/>
          <w:lang w:eastAsia="it-IT"/>
        </w:rPr>
        <w:t>.</w:t>
      </w:r>
    </w:p>
    <w:p w:rsidR="00BB56D3" w:rsidRPr="00BB56D3" w:rsidRDefault="00BB56D3" w:rsidP="00BB56D3">
      <w:pPr>
        <w:spacing w:after="100" w:line="264" w:lineRule="auto"/>
        <w:ind w:left="340" w:hanging="340"/>
        <w:rPr>
          <w:rFonts w:cs="Arial"/>
          <w:sz w:val="20"/>
          <w:szCs w:val="20"/>
          <w:lang w:eastAsia="it-IT"/>
        </w:rPr>
      </w:pPr>
      <w:r w:rsidRPr="00BB56D3">
        <w:rPr>
          <w:rFonts w:ascii="Segoe UI Symbol" w:hAnsi="Segoe UI Symbol" w:cs="Segoe UI Symbol"/>
          <w:sz w:val="20"/>
          <w:szCs w:val="20"/>
          <w:lang w:eastAsia="it-IT"/>
        </w:rPr>
        <w:t>☐</w:t>
      </w:r>
      <w:r w:rsidRPr="00BB56D3">
        <w:rPr>
          <w:rFonts w:cs="Arial"/>
          <w:sz w:val="20"/>
          <w:szCs w:val="20"/>
          <w:lang w:eastAsia="it-IT"/>
        </w:rPr>
        <w:tab/>
        <w:t>Sottoscrizione con firma autografa e allegazione di copia di un documento di identità in corso di validità.</w:t>
      </w:r>
    </w:p>
    <w:p w:rsidR="00BB56D3" w:rsidRPr="00BB56D3" w:rsidRDefault="00BB56D3" w:rsidP="00AB5EF5">
      <w:pPr>
        <w:spacing w:after="100"/>
        <w:jc w:val="center"/>
        <w:rPr>
          <w:rFonts w:cs="Arial"/>
          <w:sz w:val="20"/>
          <w:szCs w:val="20"/>
        </w:rPr>
      </w:pPr>
    </w:p>
    <w:p w:rsidR="00D87B75" w:rsidRPr="00BB56D3" w:rsidRDefault="008569E1" w:rsidP="00AB5EF5">
      <w:pPr>
        <w:shd w:val="clear" w:color="auto" w:fill="F2F2F2" w:themeFill="background1" w:themeFillShade="F2"/>
        <w:jc w:val="both"/>
        <w:rPr>
          <w:rFonts w:cs="Arial"/>
          <w:b/>
          <w:sz w:val="20"/>
          <w:szCs w:val="20"/>
        </w:rPr>
      </w:pPr>
      <w:r w:rsidRPr="00BB56D3">
        <w:rPr>
          <w:rFonts w:cs="Arial"/>
          <w:b/>
          <w:sz w:val="20"/>
          <w:szCs w:val="20"/>
        </w:rPr>
        <w:t>Il presente modulo, debitamente compilato e sottoscritto dall’iscritto, deve essere consegnato all’Ordine territoriale. L’Ordine, effettuate le verifiche di competenza, lo invia alla Federazione all’indirizz</w:t>
      </w:r>
      <w:r w:rsidR="002554B1" w:rsidRPr="00BB56D3">
        <w:rPr>
          <w:rFonts w:cs="Arial"/>
          <w:b/>
          <w:sz w:val="20"/>
          <w:szCs w:val="20"/>
        </w:rPr>
        <w:t xml:space="preserve">o </w:t>
      </w:r>
      <w:hyperlink r:id="rId12" w:history="1">
        <w:r w:rsidR="002554B1" w:rsidRPr="00BB56D3">
          <w:rPr>
            <w:rStyle w:val="Collegamentoipertestuale"/>
            <w:rFonts w:cs="Arial"/>
            <w:b/>
            <w:sz w:val="20"/>
            <w:szCs w:val="20"/>
          </w:rPr>
          <w:t>richiestapec@chimicifisici.it</w:t>
        </w:r>
      </w:hyperlink>
      <w:r w:rsidR="002554B1" w:rsidRPr="00BB56D3">
        <w:rPr>
          <w:rFonts w:cs="Arial"/>
          <w:b/>
          <w:sz w:val="20"/>
          <w:szCs w:val="20"/>
        </w:rPr>
        <w:t xml:space="preserve"> con allegato</w:t>
      </w:r>
      <w:r w:rsidR="00BB56D3">
        <w:rPr>
          <w:rFonts w:cs="Arial"/>
          <w:b/>
          <w:sz w:val="20"/>
          <w:szCs w:val="20"/>
        </w:rPr>
        <w:t xml:space="preserve"> – se previsto - </w:t>
      </w:r>
      <w:r w:rsidR="002554B1" w:rsidRPr="00BB56D3">
        <w:rPr>
          <w:rFonts w:cs="Arial"/>
          <w:b/>
          <w:sz w:val="20"/>
          <w:szCs w:val="20"/>
        </w:rPr>
        <w:t>il documento di identità del richiedente.</w:t>
      </w:r>
    </w:p>
    <w:sectPr w:rsidR="00D87B75" w:rsidRPr="00BB56D3" w:rsidSect="00034616">
      <w:footerReference w:type="default" r:id="rId13"/>
      <w:pgSz w:w="11906" w:h="16838"/>
      <w:pgMar w:top="680" w:right="850" w:bottom="68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9FE" w:rsidRDefault="007839FE">
      <w:r>
        <w:separator/>
      </w:r>
    </w:p>
  </w:endnote>
  <w:endnote w:type="continuationSeparator" w:id="0">
    <w:p w:rsidR="007839FE" w:rsidRDefault="00783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B75" w:rsidRDefault="00AB5EF5">
    <w:pPr>
      <w:pStyle w:val="Pidipagina"/>
      <w:jc w:val="center"/>
    </w:pPr>
    <w:proofErr w:type="spellStart"/>
    <w:r>
      <w:rPr>
        <w:sz w:val="15"/>
      </w:rPr>
      <w:t>Mod</w:t>
    </w:r>
    <w:proofErr w:type="spellEnd"/>
    <w:r>
      <w:rPr>
        <w:sz w:val="15"/>
      </w:rPr>
      <w:t>. A00</w:t>
    </w:r>
    <w:r w:rsidR="002554B1">
      <w:rPr>
        <w:sz w:val="15"/>
      </w:rPr>
      <w:t>6</w:t>
    </w:r>
    <w:r>
      <w:rPr>
        <w:sz w:val="15"/>
      </w:rPr>
      <w:t xml:space="preserve"> </w:t>
    </w:r>
    <w:proofErr w:type="spellStart"/>
    <w:r w:rsidR="008569E1">
      <w:rPr>
        <w:sz w:val="15"/>
      </w:rPr>
      <w:t>Rev</w:t>
    </w:r>
    <w:proofErr w:type="spellEnd"/>
    <w:r w:rsidR="008569E1">
      <w:rPr>
        <w:sz w:val="15"/>
      </w:rPr>
      <w:t xml:space="preserve"> 2026                                                </w:t>
    </w:r>
    <w:r w:rsidR="008569E1">
      <w:rPr>
        <w:sz w:val="16"/>
      </w:rPr>
      <w:t>1 di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9FE" w:rsidRDefault="007839FE">
      <w:r>
        <w:separator/>
      </w:r>
    </w:p>
  </w:footnote>
  <w:footnote w:type="continuationSeparator" w:id="0">
    <w:p w:rsidR="007839FE" w:rsidRDefault="00783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94C2783"/>
    <w:multiLevelType w:val="hybridMultilevel"/>
    <w:tmpl w:val="FE7205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590279"/>
    <w:multiLevelType w:val="hybridMultilevel"/>
    <w:tmpl w:val="9B02313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3110F"/>
    <w:multiLevelType w:val="hybridMultilevel"/>
    <w:tmpl w:val="12AC9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3E9C1A">
      <w:start w:val="1"/>
      <w:numFmt w:val="bullet"/>
      <w:lvlText w:val="□"/>
      <w:lvlJc w:val="left"/>
      <w:pPr>
        <w:ind w:left="1440" w:hanging="360"/>
      </w:pPr>
      <w:rPr>
        <w:rFonts w:ascii="Arial" w:hAnsi="Arial" w:hint="default"/>
        <w:sz w:val="28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2D62B5"/>
    <w:multiLevelType w:val="hybridMultilevel"/>
    <w:tmpl w:val="166480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2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374D5"/>
    <w:rsid w:val="002554B1"/>
    <w:rsid w:val="0029639D"/>
    <w:rsid w:val="00326F90"/>
    <w:rsid w:val="00397B90"/>
    <w:rsid w:val="004F1C4D"/>
    <w:rsid w:val="00541615"/>
    <w:rsid w:val="007839FE"/>
    <w:rsid w:val="008319EA"/>
    <w:rsid w:val="008569E1"/>
    <w:rsid w:val="00AA1D8D"/>
    <w:rsid w:val="00AB5EF5"/>
    <w:rsid w:val="00B44B1D"/>
    <w:rsid w:val="00B47730"/>
    <w:rsid w:val="00BB56D3"/>
    <w:rsid w:val="00C3330A"/>
    <w:rsid w:val="00C34527"/>
    <w:rsid w:val="00CB0664"/>
    <w:rsid w:val="00D80C71"/>
    <w:rsid w:val="00D87B7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C3A7AB05-4F47-42CD-B45E-6ED1FA8C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  <w:pPr>
      <w:spacing w:after="0" w:line="240" w:lineRule="auto"/>
    </w:pPr>
    <w:rPr>
      <w:rFonts w:ascii="Arial" w:eastAsia="Arial" w:hAnsi="Arial"/>
      <w:sz w:val="17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397B90"/>
    <w:rPr>
      <w:color w:val="0000FF" w:themeColor="hyperlink"/>
      <w:u w:val="single"/>
    </w:rPr>
  </w:style>
  <w:style w:type="character" w:styleId="CodiceHTML">
    <w:name w:val="HTML Code"/>
    <w:basedOn w:val="Carpredefinitoparagrafo"/>
    <w:uiPriority w:val="99"/>
    <w:semiHidden/>
    <w:unhideWhenUsed/>
    <w:rsid w:val="008319E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me.cognome@chimicifisici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ichiestapec@chimicifisici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himicifisici.it/wp-content/uploads/2026/08/informativapeo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ome.cognome@%20chimicifisic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cognome@chimicifisici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0AB8406-32FE-422E-8942-A8BF91B7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804</Words>
  <Characters>4586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Richiesta di attivazione di una casella PEC</vt:lpstr>
      <vt:lpstr/>
    </vt:vector>
  </TitlesOfParts>
  <Manager/>
  <Company/>
  <LinksUpToDate>false</LinksUpToDate>
  <CharactersWithSpaces>5380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attivazione di una casella PEC</dc:title>
  <dc:subject>Modulo revisionato 2026</dc:subject>
  <dc:creator>Federazione Nazionale degli Ordini dei Chimici e dei Fisici</dc:creator>
  <cp:keywords/>
  <dc:description>generated by python-docx</dc:description>
  <cp:lastModifiedBy>Pierpaolo</cp:lastModifiedBy>
  <cp:revision>6</cp:revision>
  <dcterms:created xsi:type="dcterms:W3CDTF">2026-07-29T05:34:00Z</dcterms:created>
  <dcterms:modified xsi:type="dcterms:W3CDTF">2026-08-03T15:38:00Z</dcterms:modified>
  <cp:category/>
</cp:coreProperties>
</file>